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행사결과보고서 작성 양식</w:t>
      </w:r>
    </w:p>
    <w:p>
      <w:pPr>
        <w:spacing w:after="240"/>
      </w:pPr>
      <w:r>
        <w:t>행사 목표와 실제 결과를 같은 기준으로 비교하고, 운영 중 발생한 일과 후속 조치를 근거 자료와 함께 기록합니다.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2376"/>
        <w:gridCol w:w="7790"/>
      </w:tblGrid>
      <w:tr>
        <w:trPr>
          <w:tblHeader w:val="true"/>
        </w:trPr>
        <w:tc>
          <w:tcPr>
            <w:tcW w:type="dxa" w:w="2376"/>
            <w:shd w:fill="244741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/>
                <w:color w:val="FFFFFF"/>
                <w:sz w:val="18"/>
              </w:rPr>
              <w:t>항목</w:t>
            </w:r>
          </w:p>
        </w:tc>
        <w:tc>
          <w:tcPr>
            <w:tcW w:type="dxa" w:w="7790"/>
            <w:shd w:fill="244741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/>
                <w:color w:val="FFFFFF"/>
                <w:sz w:val="18"/>
              </w:rPr>
              <w:t>작성 내용</w:t>
            </w:r>
          </w:p>
        </w:tc>
      </w:tr>
      <w:tr>
        <w:tc>
          <w:tcPr>
            <w:tcW w:type="dxa" w:w="2376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/>
                <w:color w:val="17322D"/>
                <w:sz w:val="18"/>
              </w:rPr>
              <w:t>행사명</w:t>
            </w:r>
          </w:p>
        </w:tc>
        <w:tc>
          <w:tcPr>
            <w:tcW w:type="dxa" w:w="7790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</w:tr>
      <w:tr>
        <w:tc>
          <w:tcPr>
            <w:tcW w:type="dxa" w:w="2376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/>
                <w:color w:val="17322D"/>
                <w:sz w:val="18"/>
              </w:rPr>
              <w:t>행사일과 장소</w:t>
            </w:r>
          </w:p>
        </w:tc>
        <w:tc>
          <w:tcPr>
            <w:tcW w:type="dxa" w:w="7790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</w:tr>
      <w:tr>
        <w:tc>
          <w:tcPr>
            <w:tcW w:type="dxa" w:w="2376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/>
                <w:color w:val="17322D"/>
                <w:sz w:val="18"/>
              </w:rPr>
              <w:t>주최와 주관</w:t>
            </w:r>
          </w:p>
        </w:tc>
        <w:tc>
          <w:tcPr>
            <w:tcW w:type="dxa" w:w="7790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</w:tr>
      <w:tr>
        <w:tc>
          <w:tcPr>
            <w:tcW w:type="dxa" w:w="2376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/>
                <w:color w:val="17322D"/>
                <w:sz w:val="18"/>
              </w:rPr>
              <w:t>작성자와 연락처</w:t>
            </w:r>
          </w:p>
        </w:tc>
        <w:tc>
          <w:tcPr>
            <w:tcW w:type="dxa" w:w="7790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</w:tr>
      <w:tr>
        <w:tc>
          <w:tcPr>
            <w:tcW w:type="dxa" w:w="2376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/>
                <w:color w:val="17322D"/>
                <w:sz w:val="18"/>
              </w:rPr>
              <w:t>작성일과 버전</w:t>
            </w:r>
          </w:p>
        </w:tc>
        <w:tc>
          <w:tcPr>
            <w:tcW w:type="dxa" w:w="7790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</w:tr>
      <w:tr>
        <w:tc>
          <w:tcPr>
            <w:tcW w:type="dxa" w:w="2376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/>
                <w:color w:val="17322D"/>
                <w:sz w:val="18"/>
              </w:rPr>
              <w:t>검토자와 수령자</w:t>
            </w:r>
          </w:p>
        </w:tc>
        <w:tc>
          <w:tcPr>
            <w:tcW w:type="dxa" w:w="7790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</w:tr>
    </w:tbl>
    <w:p>
      <w:pPr>
        <w:spacing w:after="0"/>
      </w:pPr>
    </w:p>
    <w:p>
      <w:pPr>
        <w:pStyle w:val="Heading1"/>
      </w:pPr>
      <w:r>
        <w:t>1 결과 요약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2880"/>
        <w:gridCol w:w="7286"/>
      </w:tblGrid>
      <w:tr>
        <w:trPr>
          <w:tblHeader w:val="true"/>
        </w:trPr>
        <w:tc>
          <w:tcPr>
            <w:tcW w:type="dxa" w:w="2880"/>
            <w:shd w:fill="244741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/>
                <w:color w:val="FFFFFF"/>
                <w:sz w:val="18"/>
              </w:rPr>
              <w:t>항목</w:t>
            </w:r>
          </w:p>
        </w:tc>
        <w:tc>
          <w:tcPr>
            <w:tcW w:type="dxa" w:w="7286"/>
            <w:shd w:fill="244741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/>
                <w:color w:val="FFFFFF"/>
                <w:sz w:val="18"/>
              </w:rPr>
              <w:t>작성 내용</w:t>
            </w:r>
          </w:p>
        </w:tc>
      </w:tr>
      <w:tr>
        <w:tc>
          <w:tcPr>
            <w:tcW w:type="dxa" w:w="2880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/>
                <w:color w:val="17322D"/>
                <w:sz w:val="18"/>
              </w:rPr>
              <w:t>행사 목적</w:t>
            </w:r>
          </w:p>
        </w:tc>
        <w:tc>
          <w:tcPr>
            <w:tcW w:type="dxa" w:w="7286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</w:tr>
      <w:tr>
        <w:tc>
          <w:tcPr>
            <w:tcW w:type="dxa" w:w="2880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/>
                <w:color w:val="17322D"/>
                <w:sz w:val="18"/>
              </w:rPr>
              <w:t>가장 중요한 결과</w:t>
            </w:r>
          </w:p>
        </w:tc>
        <w:tc>
          <w:tcPr>
            <w:tcW w:type="dxa" w:w="7286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</w:tr>
      <w:tr>
        <w:tc>
          <w:tcPr>
            <w:tcW w:type="dxa" w:w="2880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/>
                <w:color w:val="17322D"/>
                <w:sz w:val="18"/>
              </w:rPr>
              <w:t>참가 규모</w:t>
            </w:r>
          </w:p>
        </w:tc>
        <w:tc>
          <w:tcPr>
            <w:tcW w:type="dxa" w:w="7286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</w:tr>
      <w:tr>
        <w:tc>
          <w:tcPr>
            <w:tcW w:type="dxa" w:w="2880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/>
                <w:color w:val="17322D"/>
                <w:sz w:val="18"/>
              </w:rPr>
              <w:t>예산 결과</w:t>
            </w:r>
          </w:p>
        </w:tc>
        <w:tc>
          <w:tcPr>
            <w:tcW w:type="dxa" w:w="7286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</w:tr>
      <w:tr>
        <w:tc>
          <w:tcPr>
            <w:tcW w:type="dxa" w:w="2880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/>
                <w:color w:val="17322D"/>
                <w:sz w:val="18"/>
              </w:rPr>
              <w:t>주요 문제와 조치</w:t>
            </w:r>
          </w:p>
        </w:tc>
        <w:tc>
          <w:tcPr>
            <w:tcW w:type="dxa" w:w="7286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</w:tr>
      <w:tr>
        <w:tc>
          <w:tcPr>
            <w:tcW w:type="dxa" w:w="2880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/>
                <w:color w:val="17322D"/>
                <w:sz w:val="18"/>
              </w:rPr>
              <w:t>다음 행사에 반영할 사항</w:t>
            </w:r>
          </w:p>
        </w:tc>
        <w:tc>
          <w:tcPr>
            <w:tcW w:type="dxa" w:w="7286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</w:tr>
    </w:tbl>
    <w:p>
      <w:pPr>
        <w:spacing w:after="0"/>
      </w:pPr>
    </w:p>
    <w:p>
      <w:pPr>
        <w:pStyle w:val="Heading1"/>
      </w:pPr>
      <w:r>
        <w:t>2 행사 실행 개요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2088"/>
        <w:gridCol w:w="2232"/>
        <w:gridCol w:w="2232"/>
        <w:gridCol w:w="3614"/>
      </w:tblGrid>
      <w:tr>
        <w:trPr>
          <w:tblHeader w:val="true"/>
        </w:trPr>
        <w:tc>
          <w:tcPr>
            <w:tcW w:type="dxa" w:w="2088"/>
            <w:shd w:fill="244741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/>
                <w:color w:val="FFFFFF"/>
                <w:sz w:val="18"/>
              </w:rPr>
              <w:t>항목</w:t>
            </w:r>
          </w:p>
        </w:tc>
        <w:tc>
          <w:tcPr>
            <w:tcW w:type="dxa" w:w="2232"/>
            <w:shd w:fill="244741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/>
                <w:color w:val="FFFFFF"/>
                <w:sz w:val="18"/>
              </w:rPr>
              <w:t>계획</w:t>
            </w:r>
          </w:p>
        </w:tc>
        <w:tc>
          <w:tcPr>
            <w:tcW w:type="dxa" w:w="2232"/>
            <w:shd w:fill="244741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/>
                <w:color w:val="FFFFFF"/>
                <w:sz w:val="18"/>
              </w:rPr>
              <w:t>실제</w:t>
            </w:r>
          </w:p>
        </w:tc>
        <w:tc>
          <w:tcPr>
            <w:tcW w:type="dxa" w:w="3614"/>
            <w:shd w:fill="244741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/>
                <w:color w:val="FFFFFF"/>
                <w:sz w:val="18"/>
              </w:rPr>
              <w:t>차이 또는 변경 이유</w:t>
            </w:r>
          </w:p>
        </w:tc>
      </w:tr>
      <w:tr>
        <w:tc>
          <w:tcPr>
            <w:tcW w:type="dxa" w:w="2088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000000"/>
                <w:sz w:val="18"/>
              </w:rPr>
              <w:t>일시와 장소</w:t>
            </w:r>
          </w:p>
        </w:tc>
        <w:tc>
          <w:tcPr>
            <w:tcW w:type="dxa" w:w="2232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2232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3614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</w:tr>
      <w:tr>
        <w:tc>
          <w:tcPr>
            <w:tcW w:type="dxa" w:w="2088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000000"/>
                <w:sz w:val="18"/>
              </w:rPr>
              <w:t>운영 시간</w:t>
            </w:r>
          </w:p>
        </w:tc>
        <w:tc>
          <w:tcPr>
            <w:tcW w:type="dxa" w:w="2232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2232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3614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</w:tr>
      <w:tr>
        <w:tc>
          <w:tcPr>
            <w:tcW w:type="dxa" w:w="2088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000000"/>
                <w:sz w:val="18"/>
              </w:rPr>
              <w:t>대상과 규모</w:t>
            </w:r>
          </w:p>
        </w:tc>
        <w:tc>
          <w:tcPr>
            <w:tcW w:type="dxa" w:w="2232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2232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3614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</w:tr>
      <w:tr>
        <w:tc>
          <w:tcPr>
            <w:tcW w:type="dxa" w:w="2088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000000"/>
                <w:sz w:val="18"/>
              </w:rPr>
              <w:t>주요 프로그램</w:t>
            </w:r>
          </w:p>
        </w:tc>
        <w:tc>
          <w:tcPr>
            <w:tcW w:type="dxa" w:w="2232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2232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3614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</w:tr>
      <w:tr>
        <w:tc>
          <w:tcPr>
            <w:tcW w:type="dxa" w:w="2088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000000"/>
                <w:sz w:val="18"/>
              </w:rPr>
              <w:t>운영 범위</w:t>
            </w:r>
          </w:p>
        </w:tc>
        <w:tc>
          <w:tcPr>
            <w:tcW w:type="dxa" w:w="2232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2232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3614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</w:tr>
    </w:tbl>
    <w:p>
      <w:pPr>
        <w:spacing w:after="0"/>
      </w:pPr>
    </w:p>
    <w:p>
      <w:pPr>
        <w:pStyle w:val="Heading1"/>
      </w:pPr>
      <w:r>
        <w:t>3 목표 달성</w:t>
      </w:r>
    </w:p>
    <w:p>
      <w:r>
        <w:t>기획안에서 정한 목표값과 실제값을 같은 단위로 적고 근거 파일을 표시합니다.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3168"/>
        <w:gridCol w:w="1296"/>
        <w:gridCol w:w="1296"/>
        <w:gridCol w:w="1440"/>
        <w:gridCol w:w="2966"/>
      </w:tblGrid>
      <w:tr>
        <w:trPr>
          <w:tblHeader w:val="true"/>
        </w:trPr>
        <w:tc>
          <w:tcPr>
            <w:tcW w:type="dxa" w:w="3168"/>
            <w:shd w:fill="244741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/>
                <w:color w:val="FFFFFF"/>
                <w:sz w:val="18"/>
              </w:rPr>
              <w:t>목표</w:t>
            </w:r>
          </w:p>
        </w:tc>
        <w:tc>
          <w:tcPr>
            <w:tcW w:type="dxa" w:w="1296"/>
            <w:shd w:fill="244741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/>
                <w:color w:val="FFFFFF"/>
                <w:sz w:val="18"/>
              </w:rPr>
              <w:t>목표값</w:t>
            </w:r>
          </w:p>
        </w:tc>
        <w:tc>
          <w:tcPr>
            <w:tcW w:type="dxa" w:w="1296"/>
            <w:shd w:fill="244741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/>
                <w:color w:val="FFFFFF"/>
                <w:sz w:val="18"/>
              </w:rPr>
              <w:t>실제값</w:t>
            </w:r>
          </w:p>
        </w:tc>
        <w:tc>
          <w:tcPr>
            <w:tcW w:type="dxa" w:w="1440"/>
            <w:shd w:fill="244741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/>
                <w:color w:val="FFFFFF"/>
                <w:sz w:val="18"/>
              </w:rPr>
              <w:t>달성 여부</w:t>
            </w:r>
          </w:p>
        </w:tc>
        <w:tc>
          <w:tcPr>
            <w:tcW w:type="dxa" w:w="2966"/>
            <w:shd w:fill="244741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/>
                <w:color w:val="FFFFFF"/>
                <w:sz w:val="18"/>
              </w:rPr>
              <w:t>근거 자료</w:t>
            </w:r>
          </w:p>
        </w:tc>
      </w:tr>
      <w:tr>
        <w:tc>
          <w:tcPr>
            <w:tcW w:type="dxa" w:w="3168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296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296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440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2966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</w:tr>
      <w:tr>
        <w:tc>
          <w:tcPr>
            <w:tcW w:type="dxa" w:w="3168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296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296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440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2966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</w:tr>
      <w:tr>
        <w:tc>
          <w:tcPr>
            <w:tcW w:type="dxa" w:w="3168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296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296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440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2966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</w:tr>
      <w:tr>
        <w:tc>
          <w:tcPr>
            <w:tcW w:type="dxa" w:w="3168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296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296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440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2966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</w:tr>
      <w:tr>
        <w:tc>
          <w:tcPr>
            <w:tcW w:type="dxa" w:w="3168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296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296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440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2966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</w:tr>
    </w:tbl>
    <w:p>
      <w:pPr>
        <w:spacing w:after="0"/>
      </w:pPr>
    </w:p>
    <w:p>
      <w:pPr>
        <w:pStyle w:val="Heading1"/>
      </w:pPr>
      <w:r>
        <w:t>4 참가 현황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1944"/>
        <w:gridCol w:w="1296"/>
        <w:gridCol w:w="3672"/>
        <w:gridCol w:w="3254"/>
      </w:tblGrid>
      <w:tr>
        <w:trPr>
          <w:tblHeader w:val="true"/>
        </w:trPr>
        <w:tc>
          <w:tcPr>
            <w:tcW w:type="dxa" w:w="1944"/>
            <w:shd w:fill="244741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/>
                <w:color w:val="FFFFFF"/>
                <w:sz w:val="18"/>
              </w:rPr>
              <w:t>구분</w:t>
            </w:r>
          </w:p>
        </w:tc>
        <w:tc>
          <w:tcPr>
            <w:tcW w:type="dxa" w:w="1296"/>
            <w:shd w:fill="244741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/>
                <w:color w:val="FFFFFF"/>
                <w:sz w:val="18"/>
              </w:rPr>
              <w:t>인원</w:t>
            </w:r>
          </w:p>
        </w:tc>
        <w:tc>
          <w:tcPr>
            <w:tcW w:type="dxa" w:w="3672"/>
            <w:shd w:fill="244741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/>
                <w:color w:val="FFFFFF"/>
                <w:sz w:val="18"/>
              </w:rPr>
              <w:t>집계 기준</w:t>
            </w:r>
          </w:p>
        </w:tc>
        <w:tc>
          <w:tcPr>
            <w:tcW w:type="dxa" w:w="3254"/>
            <w:shd w:fill="244741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/>
                <w:color w:val="FFFFFF"/>
                <w:sz w:val="18"/>
              </w:rPr>
              <w:t>출처</w:t>
            </w:r>
          </w:p>
        </w:tc>
      </w:tr>
      <w:tr>
        <w:tc>
          <w:tcPr>
            <w:tcW w:type="dxa" w:w="1944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000000"/>
                <w:sz w:val="18"/>
              </w:rPr>
              <w:t>초청</w:t>
            </w:r>
          </w:p>
        </w:tc>
        <w:tc>
          <w:tcPr>
            <w:tcW w:type="dxa" w:w="1296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3672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3254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</w:tr>
      <w:tr>
        <w:tc>
          <w:tcPr>
            <w:tcW w:type="dxa" w:w="1944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000000"/>
                <w:sz w:val="18"/>
              </w:rPr>
              <w:t>신청</w:t>
            </w:r>
          </w:p>
        </w:tc>
        <w:tc>
          <w:tcPr>
            <w:tcW w:type="dxa" w:w="1296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3672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3254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</w:tr>
      <w:tr>
        <w:tc>
          <w:tcPr>
            <w:tcW w:type="dxa" w:w="1944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000000"/>
                <w:sz w:val="18"/>
              </w:rPr>
              <w:t>실제 참석</w:t>
            </w:r>
          </w:p>
        </w:tc>
        <w:tc>
          <w:tcPr>
            <w:tcW w:type="dxa" w:w="1296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3672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3254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</w:tr>
      <w:tr>
        <w:tc>
          <w:tcPr>
            <w:tcW w:type="dxa" w:w="1944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000000"/>
                <w:sz w:val="18"/>
              </w:rPr>
              <w:t>중도 이탈</w:t>
            </w:r>
          </w:p>
        </w:tc>
        <w:tc>
          <w:tcPr>
            <w:tcW w:type="dxa" w:w="1296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3672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3254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</w:tr>
      <w:tr>
        <w:tc>
          <w:tcPr>
            <w:tcW w:type="dxa" w:w="1944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000000"/>
                <w:sz w:val="18"/>
              </w:rPr>
              <w:t>설문 응답</w:t>
            </w:r>
          </w:p>
        </w:tc>
        <w:tc>
          <w:tcPr>
            <w:tcW w:type="dxa" w:w="1296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3672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3254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</w:tr>
    </w:tbl>
    <w:p>
      <w:pPr>
        <w:spacing w:after="0"/>
      </w:pPr>
    </w:p>
    <w:p>
      <w:r>
        <w:rPr>
          <w:b/>
        </w:rPr>
        <w:t>참가자 수의 차이가 생긴 이유</w:t>
      </w:r>
    </w:p>
    <w:p>
      <w:pPr>
        <w:spacing w:after="200"/>
        <w:ind w:left="173"/>
      </w:pPr>
      <w:r>
        <w:rPr>
          <w:color w:val="66746F"/>
        </w:rPr>
        <w:t>[입력]</w:t>
      </w:r>
    </w:p>
    <w:p>
      <w:pPr>
        <w:pStyle w:val="Heading1"/>
      </w:pPr>
      <w:r>
        <w:t>5 프로그램 진행 결과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2016"/>
        <w:gridCol w:w="1325"/>
        <w:gridCol w:w="1325"/>
        <w:gridCol w:w="1771"/>
        <w:gridCol w:w="1786"/>
        <w:gridCol w:w="1944"/>
      </w:tblGrid>
      <w:tr>
        <w:trPr>
          <w:tblHeader w:val="true"/>
        </w:trPr>
        <w:tc>
          <w:tcPr>
            <w:tcW w:type="dxa" w:w="2016"/>
            <w:shd w:fill="244741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/>
                <w:color w:val="FFFFFF"/>
                <w:sz w:val="18"/>
              </w:rPr>
              <w:t>프로그램</w:t>
            </w:r>
          </w:p>
        </w:tc>
        <w:tc>
          <w:tcPr>
            <w:tcW w:type="dxa" w:w="1325"/>
            <w:shd w:fill="244741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/>
                <w:color w:val="FFFFFF"/>
                <w:sz w:val="18"/>
              </w:rPr>
              <w:t>계획 시간</w:t>
            </w:r>
          </w:p>
        </w:tc>
        <w:tc>
          <w:tcPr>
            <w:tcW w:type="dxa" w:w="1325"/>
            <w:shd w:fill="244741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/>
                <w:color w:val="FFFFFF"/>
                <w:sz w:val="18"/>
              </w:rPr>
              <w:t>실제 시간</w:t>
            </w:r>
          </w:p>
        </w:tc>
        <w:tc>
          <w:tcPr>
            <w:tcW w:type="dxa" w:w="1771"/>
            <w:shd w:fill="244741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/>
                <w:color w:val="FFFFFF"/>
                <w:sz w:val="18"/>
              </w:rPr>
              <w:t>참가 반응</w:t>
            </w:r>
          </w:p>
        </w:tc>
        <w:tc>
          <w:tcPr>
            <w:tcW w:type="dxa" w:w="1786"/>
            <w:shd w:fill="244741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/>
                <w:color w:val="FFFFFF"/>
                <w:sz w:val="18"/>
              </w:rPr>
              <w:t>차이 원인</w:t>
            </w:r>
          </w:p>
        </w:tc>
        <w:tc>
          <w:tcPr>
            <w:tcW w:type="dxa" w:w="1944"/>
            <w:shd w:fill="244741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/>
                <w:color w:val="FFFFFF"/>
                <w:sz w:val="18"/>
              </w:rPr>
              <w:t>다음 개선</w:t>
            </w:r>
          </w:p>
        </w:tc>
      </w:tr>
      <w:tr>
        <w:tc>
          <w:tcPr>
            <w:tcW w:type="dxa" w:w="2016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32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32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771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786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944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</w:tr>
      <w:tr>
        <w:tc>
          <w:tcPr>
            <w:tcW w:type="dxa" w:w="2016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325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325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771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786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944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</w:tr>
      <w:tr>
        <w:tc>
          <w:tcPr>
            <w:tcW w:type="dxa" w:w="2016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32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32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771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786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944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</w:tr>
      <w:tr>
        <w:tc>
          <w:tcPr>
            <w:tcW w:type="dxa" w:w="2016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325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325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771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786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944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</w:tr>
      <w:tr>
        <w:tc>
          <w:tcPr>
            <w:tcW w:type="dxa" w:w="2016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32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32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771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786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944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</w:tr>
    </w:tbl>
    <w:p>
      <w:pPr>
        <w:spacing w:after="0"/>
      </w:pPr>
    </w:p>
    <w:p>
      <w:pPr>
        <w:pStyle w:val="Heading1"/>
      </w:pPr>
      <w:r>
        <w:t>6 현장 운영 결과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1800"/>
        <w:gridCol w:w="2232"/>
        <w:gridCol w:w="2088"/>
        <w:gridCol w:w="2030"/>
        <w:gridCol w:w="2016"/>
      </w:tblGrid>
      <w:tr>
        <w:trPr>
          <w:tblHeader w:val="true"/>
        </w:trPr>
        <w:tc>
          <w:tcPr>
            <w:tcW w:type="dxa" w:w="1800"/>
            <w:shd w:fill="244741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/>
                <w:color w:val="FFFFFF"/>
                <w:sz w:val="18"/>
              </w:rPr>
              <w:t>분야</w:t>
            </w:r>
          </w:p>
        </w:tc>
        <w:tc>
          <w:tcPr>
            <w:tcW w:type="dxa" w:w="2232"/>
            <w:shd w:fill="244741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/>
                <w:color w:val="FFFFFF"/>
                <w:sz w:val="18"/>
              </w:rPr>
              <w:t>운영 결과</w:t>
            </w:r>
          </w:p>
        </w:tc>
        <w:tc>
          <w:tcPr>
            <w:tcW w:type="dxa" w:w="2088"/>
            <w:shd w:fill="244741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/>
                <w:color w:val="FFFFFF"/>
                <w:sz w:val="18"/>
              </w:rPr>
              <w:t>문제</w:t>
            </w:r>
          </w:p>
        </w:tc>
        <w:tc>
          <w:tcPr>
            <w:tcW w:type="dxa" w:w="2030"/>
            <w:shd w:fill="244741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/>
                <w:color w:val="FFFFFF"/>
                <w:sz w:val="18"/>
              </w:rPr>
              <w:t>현장 조치</w:t>
            </w:r>
          </w:p>
        </w:tc>
        <w:tc>
          <w:tcPr>
            <w:tcW w:type="dxa" w:w="2016"/>
            <w:shd w:fill="244741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/>
                <w:color w:val="FFFFFF"/>
                <w:sz w:val="18"/>
              </w:rPr>
              <w:t>다음 개선</w:t>
            </w:r>
          </w:p>
        </w:tc>
      </w:tr>
      <w:tr>
        <w:tc>
          <w:tcPr>
            <w:tcW w:type="dxa" w:w="1800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000000"/>
                <w:sz w:val="18"/>
              </w:rPr>
              <w:t>등록·안내</w:t>
            </w:r>
          </w:p>
        </w:tc>
        <w:tc>
          <w:tcPr>
            <w:tcW w:type="dxa" w:w="2232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2088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2030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2016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</w:tr>
      <w:tr>
        <w:tc>
          <w:tcPr>
            <w:tcW w:type="dxa" w:w="1800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000000"/>
                <w:sz w:val="18"/>
              </w:rPr>
              <w:t>무대·진행</w:t>
            </w:r>
          </w:p>
        </w:tc>
        <w:tc>
          <w:tcPr>
            <w:tcW w:type="dxa" w:w="2232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2088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2030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2016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</w:tr>
      <w:tr>
        <w:tc>
          <w:tcPr>
            <w:tcW w:type="dxa" w:w="1800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000000"/>
                <w:sz w:val="18"/>
              </w:rPr>
              <w:t>기술·시설</w:t>
            </w:r>
          </w:p>
        </w:tc>
        <w:tc>
          <w:tcPr>
            <w:tcW w:type="dxa" w:w="2232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2088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2030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2016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</w:tr>
      <w:tr>
        <w:tc>
          <w:tcPr>
            <w:tcW w:type="dxa" w:w="1800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000000"/>
                <w:sz w:val="18"/>
              </w:rPr>
              <w:t>인력·협력사</w:t>
            </w:r>
          </w:p>
        </w:tc>
        <w:tc>
          <w:tcPr>
            <w:tcW w:type="dxa" w:w="2232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2088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2030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2016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</w:tr>
      <w:tr>
        <w:tc>
          <w:tcPr>
            <w:tcW w:type="dxa" w:w="1800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000000"/>
                <w:sz w:val="18"/>
              </w:rPr>
              <w:t>식음·수송</w:t>
            </w:r>
          </w:p>
        </w:tc>
        <w:tc>
          <w:tcPr>
            <w:tcW w:type="dxa" w:w="2232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2088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2030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2016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</w:tr>
    </w:tbl>
    <w:p>
      <w:pPr>
        <w:spacing w:after="0"/>
      </w:pPr>
    </w:p>
    <w:p>
      <w:pPr>
        <w:pStyle w:val="Heading1"/>
      </w:pPr>
      <w:r>
        <w:t>7 홍보와 안내 결과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1440"/>
        <w:gridCol w:w="1613"/>
        <w:gridCol w:w="1584"/>
        <w:gridCol w:w="2088"/>
        <w:gridCol w:w="1656"/>
        <w:gridCol w:w="1786"/>
      </w:tblGrid>
      <w:tr>
        <w:trPr>
          <w:tblHeader w:val="true"/>
        </w:trPr>
        <w:tc>
          <w:tcPr>
            <w:tcW w:type="dxa" w:w="1440"/>
            <w:shd w:fill="244741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/>
                <w:color w:val="FFFFFF"/>
                <w:sz w:val="18"/>
              </w:rPr>
              <w:t>채널</w:t>
            </w:r>
          </w:p>
        </w:tc>
        <w:tc>
          <w:tcPr>
            <w:tcW w:type="dxa" w:w="1613"/>
            <w:shd w:fill="244741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/>
                <w:color w:val="FFFFFF"/>
                <w:sz w:val="18"/>
              </w:rPr>
              <w:t>대상</w:t>
            </w:r>
          </w:p>
        </w:tc>
        <w:tc>
          <w:tcPr>
            <w:tcW w:type="dxa" w:w="1584"/>
            <w:shd w:fill="244741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/>
                <w:color w:val="FFFFFF"/>
                <w:sz w:val="18"/>
              </w:rPr>
              <w:t>발송·게시</w:t>
            </w:r>
          </w:p>
        </w:tc>
        <w:tc>
          <w:tcPr>
            <w:tcW w:type="dxa" w:w="2088"/>
            <w:shd w:fill="244741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/>
                <w:color w:val="FFFFFF"/>
                <w:sz w:val="18"/>
              </w:rPr>
              <w:t>도달 또는 반응</w:t>
            </w:r>
          </w:p>
        </w:tc>
        <w:tc>
          <w:tcPr>
            <w:tcW w:type="dxa" w:w="1656"/>
            <w:shd w:fill="244741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/>
                <w:color w:val="FFFFFF"/>
                <w:sz w:val="18"/>
              </w:rPr>
              <w:t>참여 전환</w:t>
            </w:r>
          </w:p>
        </w:tc>
        <w:tc>
          <w:tcPr>
            <w:tcW w:type="dxa" w:w="1786"/>
            <w:shd w:fill="244741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/>
                <w:color w:val="FFFFFF"/>
                <w:sz w:val="18"/>
              </w:rPr>
              <w:t>근거</w:t>
            </w:r>
          </w:p>
        </w:tc>
      </w:tr>
      <w:tr>
        <w:tc>
          <w:tcPr>
            <w:tcW w:type="dxa" w:w="1440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613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584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2088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656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786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</w:tr>
      <w:tr>
        <w:tc>
          <w:tcPr>
            <w:tcW w:type="dxa" w:w="1440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613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584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2088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656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786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</w:tr>
      <w:tr>
        <w:tc>
          <w:tcPr>
            <w:tcW w:type="dxa" w:w="1440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613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584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2088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656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786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</w:tr>
      <w:tr>
        <w:tc>
          <w:tcPr>
            <w:tcW w:type="dxa" w:w="1440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613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584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2088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656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786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</w:tr>
    </w:tbl>
    <w:p>
      <w:pPr>
        <w:spacing w:after="0"/>
      </w:pPr>
    </w:p>
    <w:p>
      <w:pPr>
        <w:pStyle w:val="Heading1"/>
      </w:pPr>
      <w:r>
        <w:t>8 안전과 사고 기록</w:t>
      </w:r>
    </w:p>
    <w:p>
      <w:r>
        <w:t>사고가 없었다면 점검 결과와 특이 사항을 기록합니다. 사고가 있었다면 확인된 사실과 대응 기록을 구분합니다.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1440"/>
        <w:gridCol w:w="1584"/>
        <w:gridCol w:w="1944"/>
        <w:gridCol w:w="1843"/>
        <w:gridCol w:w="1627"/>
        <w:gridCol w:w="1728"/>
      </w:tblGrid>
      <w:tr>
        <w:trPr>
          <w:tblHeader w:val="true"/>
        </w:trPr>
        <w:tc>
          <w:tcPr>
            <w:tcW w:type="dxa" w:w="1440"/>
            <w:shd w:fill="244741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/>
                <w:color w:val="FFFFFF"/>
                <w:sz w:val="18"/>
              </w:rPr>
              <w:t>구분</w:t>
            </w:r>
          </w:p>
        </w:tc>
        <w:tc>
          <w:tcPr>
            <w:tcW w:type="dxa" w:w="1584"/>
            <w:shd w:fill="244741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/>
                <w:color w:val="FFFFFF"/>
                <w:sz w:val="18"/>
              </w:rPr>
              <w:t>시각과 장소</w:t>
            </w:r>
          </w:p>
        </w:tc>
        <w:tc>
          <w:tcPr>
            <w:tcW w:type="dxa" w:w="1944"/>
            <w:shd w:fill="244741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/>
                <w:color w:val="FFFFFF"/>
                <w:sz w:val="18"/>
              </w:rPr>
              <w:t>확인된 상황</w:t>
            </w:r>
          </w:p>
        </w:tc>
        <w:tc>
          <w:tcPr>
            <w:tcW w:type="dxa" w:w="1843"/>
            <w:shd w:fill="244741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/>
                <w:color w:val="FFFFFF"/>
                <w:sz w:val="18"/>
              </w:rPr>
              <w:t>즉시 조치</w:t>
            </w:r>
          </w:p>
        </w:tc>
        <w:tc>
          <w:tcPr>
            <w:tcW w:type="dxa" w:w="1627"/>
            <w:shd w:fill="244741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/>
                <w:color w:val="FFFFFF"/>
                <w:sz w:val="18"/>
              </w:rPr>
              <w:t>보고·인계</w:t>
            </w:r>
          </w:p>
        </w:tc>
        <w:tc>
          <w:tcPr>
            <w:tcW w:type="dxa" w:w="1728"/>
            <w:shd w:fill="244741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/>
                <w:color w:val="FFFFFF"/>
                <w:sz w:val="18"/>
              </w:rPr>
              <w:t>후속 조치</w:t>
            </w:r>
          </w:p>
        </w:tc>
      </w:tr>
      <w:tr>
        <w:tc>
          <w:tcPr>
            <w:tcW w:type="dxa" w:w="1440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000000"/>
                <w:sz w:val="18"/>
              </w:rPr>
              <w:t>사고·부상</w:t>
            </w:r>
          </w:p>
        </w:tc>
        <w:tc>
          <w:tcPr>
            <w:tcW w:type="dxa" w:w="1584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 또는 없음]</w:t>
            </w:r>
          </w:p>
        </w:tc>
        <w:tc>
          <w:tcPr>
            <w:tcW w:type="dxa" w:w="1944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843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627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728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</w:tr>
      <w:tr>
        <w:tc>
          <w:tcPr>
            <w:tcW w:type="dxa" w:w="1440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000000"/>
                <w:sz w:val="18"/>
              </w:rPr>
              <w:t>관객 밀집</w:t>
            </w:r>
          </w:p>
        </w:tc>
        <w:tc>
          <w:tcPr>
            <w:tcW w:type="dxa" w:w="1584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 또는 없음]</w:t>
            </w:r>
          </w:p>
        </w:tc>
        <w:tc>
          <w:tcPr>
            <w:tcW w:type="dxa" w:w="1944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843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627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728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</w:tr>
      <w:tr>
        <w:tc>
          <w:tcPr>
            <w:tcW w:type="dxa" w:w="1440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000000"/>
                <w:sz w:val="18"/>
              </w:rPr>
              <w:t>시설·기술</w:t>
            </w:r>
          </w:p>
        </w:tc>
        <w:tc>
          <w:tcPr>
            <w:tcW w:type="dxa" w:w="1584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 또는 없음]</w:t>
            </w:r>
          </w:p>
        </w:tc>
        <w:tc>
          <w:tcPr>
            <w:tcW w:type="dxa" w:w="1944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843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627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728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</w:tr>
      <w:tr>
        <w:tc>
          <w:tcPr>
            <w:tcW w:type="dxa" w:w="1440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000000"/>
                <w:sz w:val="18"/>
              </w:rPr>
              <w:t>기상·기타</w:t>
            </w:r>
          </w:p>
        </w:tc>
        <w:tc>
          <w:tcPr>
            <w:tcW w:type="dxa" w:w="1584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 또는 없음]</w:t>
            </w:r>
          </w:p>
        </w:tc>
        <w:tc>
          <w:tcPr>
            <w:tcW w:type="dxa" w:w="1944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843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627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728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</w:tr>
    </w:tbl>
    <w:p>
      <w:pPr>
        <w:spacing w:after="0"/>
      </w:pPr>
    </w:p>
    <w:p>
      <w:pPr>
        <w:pStyle w:val="Heading1"/>
      </w:pPr>
      <w:r>
        <w:t>9 예산 정산</w:t>
      </w:r>
    </w:p>
    <w:p>
      <w:r>
        <w:t>예산표의 최종 금액을 옮겨 적고 차이가 난 이유를 기록합니다.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1728"/>
        <w:gridCol w:w="1498"/>
        <w:gridCol w:w="1498"/>
        <w:gridCol w:w="1498"/>
        <w:gridCol w:w="1354"/>
        <w:gridCol w:w="2592"/>
      </w:tblGrid>
      <w:tr>
        <w:trPr>
          <w:tblHeader w:val="true"/>
        </w:trPr>
        <w:tc>
          <w:tcPr>
            <w:tcW w:type="dxa" w:w="1728"/>
            <w:shd w:fill="244741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/>
                <w:color w:val="FFFFFF"/>
                <w:sz w:val="18"/>
              </w:rPr>
              <w:t>분류</w:t>
            </w:r>
          </w:p>
        </w:tc>
        <w:tc>
          <w:tcPr>
            <w:tcW w:type="dxa" w:w="1498"/>
            <w:shd w:fill="244741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/>
                <w:color w:val="FFFFFF"/>
                <w:sz w:val="18"/>
              </w:rPr>
              <w:t>승인 예산</w:t>
            </w:r>
          </w:p>
        </w:tc>
        <w:tc>
          <w:tcPr>
            <w:tcW w:type="dxa" w:w="1498"/>
            <w:shd w:fill="244741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/>
                <w:color w:val="FFFFFF"/>
                <w:sz w:val="18"/>
              </w:rPr>
              <w:t>실제 집행</w:t>
            </w:r>
          </w:p>
        </w:tc>
        <w:tc>
          <w:tcPr>
            <w:tcW w:type="dxa" w:w="1498"/>
            <w:shd w:fill="244741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/>
                <w:color w:val="FFFFFF"/>
                <w:sz w:val="18"/>
              </w:rPr>
              <w:t>지급 완료</w:t>
            </w:r>
          </w:p>
        </w:tc>
        <w:tc>
          <w:tcPr>
            <w:tcW w:type="dxa" w:w="1354"/>
            <w:shd w:fill="244741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/>
                <w:color w:val="FFFFFF"/>
                <w:sz w:val="18"/>
              </w:rPr>
              <w:t>미지급</w:t>
            </w:r>
          </w:p>
        </w:tc>
        <w:tc>
          <w:tcPr>
            <w:tcW w:type="dxa" w:w="2592"/>
            <w:shd w:fill="244741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/>
                <w:color w:val="FFFFFF"/>
                <w:sz w:val="18"/>
              </w:rPr>
              <w:t>차이 사유</w:t>
            </w:r>
          </w:p>
        </w:tc>
      </w:tr>
      <w:tr>
        <w:tc>
          <w:tcPr>
            <w:tcW w:type="dxa" w:w="1728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000000"/>
                <w:sz w:val="18"/>
              </w:rPr>
              <w:t>기획·운영</w:t>
            </w:r>
          </w:p>
        </w:tc>
        <w:tc>
          <w:tcPr>
            <w:tcW w:type="dxa" w:w="1498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498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498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354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2592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</w:tr>
      <w:tr>
        <w:tc>
          <w:tcPr>
            <w:tcW w:type="dxa" w:w="1728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000000"/>
                <w:sz w:val="18"/>
              </w:rPr>
              <w:t>장소·시설</w:t>
            </w:r>
          </w:p>
        </w:tc>
        <w:tc>
          <w:tcPr>
            <w:tcW w:type="dxa" w:w="1498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498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498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354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2592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</w:tr>
      <w:tr>
        <w:tc>
          <w:tcPr>
            <w:tcW w:type="dxa" w:w="1728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000000"/>
                <w:sz w:val="18"/>
              </w:rPr>
              <w:t>제작·기술</w:t>
            </w:r>
          </w:p>
        </w:tc>
        <w:tc>
          <w:tcPr>
            <w:tcW w:type="dxa" w:w="1498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498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498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354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2592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</w:tr>
      <w:tr>
        <w:tc>
          <w:tcPr>
            <w:tcW w:type="dxa" w:w="1728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000000"/>
                <w:sz w:val="18"/>
              </w:rPr>
              <w:t>프로그램</w:t>
            </w:r>
          </w:p>
        </w:tc>
        <w:tc>
          <w:tcPr>
            <w:tcW w:type="dxa" w:w="1498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498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498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354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2592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</w:tr>
      <w:tr>
        <w:tc>
          <w:tcPr>
            <w:tcW w:type="dxa" w:w="1728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000000"/>
                <w:sz w:val="18"/>
              </w:rPr>
              <w:t>안전·보험</w:t>
            </w:r>
          </w:p>
        </w:tc>
        <w:tc>
          <w:tcPr>
            <w:tcW w:type="dxa" w:w="1498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498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498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354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2592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</w:tr>
      <w:tr>
        <w:tc>
          <w:tcPr>
            <w:tcW w:type="dxa" w:w="1728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000000"/>
                <w:sz w:val="18"/>
              </w:rPr>
              <w:t>기타</w:t>
            </w:r>
          </w:p>
        </w:tc>
        <w:tc>
          <w:tcPr>
            <w:tcW w:type="dxa" w:w="1498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498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498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354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2592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</w:tr>
    </w:tbl>
    <w:p>
      <w:pPr>
        <w:spacing w:after="0"/>
      </w:pPr>
    </w:p>
    <w:p>
      <w:r>
        <w:rPr>
          <w:b/>
        </w:rPr>
        <w:t>예산 초과 또는 미지급에 대한 후속 조치</w:t>
      </w:r>
    </w:p>
    <w:p>
      <w:pPr>
        <w:spacing w:after="200"/>
        <w:ind w:left="173"/>
      </w:pPr>
      <w:r>
        <w:rPr>
          <w:color w:val="66746F"/>
        </w:rPr>
        <w:t>[입력]</w:t>
      </w:r>
    </w:p>
    <w:p>
      <w:pPr>
        <w:pStyle w:val="Heading1"/>
      </w:pPr>
      <w:r>
        <w:t>10 참가자 의견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2074"/>
        <w:gridCol w:w="1325"/>
        <w:gridCol w:w="1584"/>
        <w:gridCol w:w="2808"/>
        <w:gridCol w:w="2376"/>
      </w:tblGrid>
      <w:tr>
        <w:trPr>
          <w:tblHeader w:val="true"/>
        </w:trPr>
        <w:tc>
          <w:tcPr>
            <w:tcW w:type="dxa" w:w="2074"/>
            <w:shd w:fill="244741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/>
                <w:color w:val="FFFFFF"/>
                <w:sz w:val="18"/>
              </w:rPr>
              <w:t>질문 또는 지표</w:t>
            </w:r>
          </w:p>
        </w:tc>
        <w:tc>
          <w:tcPr>
            <w:tcW w:type="dxa" w:w="1325"/>
            <w:shd w:fill="244741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/>
                <w:color w:val="FFFFFF"/>
                <w:sz w:val="18"/>
              </w:rPr>
              <w:t>응답 수</w:t>
            </w:r>
          </w:p>
        </w:tc>
        <w:tc>
          <w:tcPr>
            <w:tcW w:type="dxa" w:w="1584"/>
            <w:shd w:fill="244741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/>
                <w:color w:val="FFFFFF"/>
                <w:sz w:val="18"/>
              </w:rPr>
              <w:t>결과</w:t>
            </w:r>
          </w:p>
        </w:tc>
        <w:tc>
          <w:tcPr>
            <w:tcW w:type="dxa" w:w="2808"/>
            <w:shd w:fill="244741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/>
                <w:color w:val="FFFFFF"/>
                <w:sz w:val="18"/>
              </w:rPr>
              <w:t>대표 의견</w:t>
            </w:r>
          </w:p>
        </w:tc>
        <w:tc>
          <w:tcPr>
            <w:tcW w:type="dxa" w:w="2376"/>
            <w:shd w:fill="244741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/>
                <w:color w:val="FFFFFF"/>
                <w:sz w:val="18"/>
              </w:rPr>
              <w:t>해석 시 주의</w:t>
            </w:r>
          </w:p>
        </w:tc>
      </w:tr>
      <w:tr>
        <w:tc>
          <w:tcPr>
            <w:tcW w:type="dxa" w:w="2074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000000"/>
                <w:sz w:val="18"/>
              </w:rPr>
              <w:t>만족도</w:t>
            </w:r>
          </w:p>
        </w:tc>
        <w:tc>
          <w:tcPr>
            <w:tcW w:type="dxa" w:w="132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584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2808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2376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</w:tr>
      <w:tr>
        <w:tc>
          <w:tcPr>
            <w:tcW w:type="dxa" w:w="2074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000000"/>
                <w:sz w:val="18"/>
              </w:rPr>
              <w:t>추천 의향</w:t>
            </w:r>
          </w:p>
        </w:tc>
        <w:tc>
          <w:tcPr>
            <w:tcW w:type="dxa" w:w="1325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584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2808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2376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</w:tr>
      <w:tr>
        <w:tc>
          <w:tcPr>
            <w:tcW w:type="dxa" w:w="2074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000000"/>
                <w:sz w:val="18"/>
              </w:rPr>
              <w:t>가장 유용한 내용</w:t>
            </w:r>
          </w:p>
        </w:tc>
        <w:tc>
          <w:tcPr>
            <w:tcW w:type="dxa" w:w="132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584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2808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2376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</w:tr>
      <w:tr>
        <w:tc>
          <w:tcPr>
            <w:tcW w:type="dxa" w:w="2074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000000"/>
                <w:sz w:val="18"/>
              </w:rPr>
              <w:t>개선 요청</w:t>
            </w:r>
          </w:p>
        </w:tc>
        <w:tc>
          <w:tcPr>
            <w:tcW w:type="dxa" w:w="1325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584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2808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2376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</w:tr>
    </w:tbl>
    <w:p>
      <w:pPr>
        <w:spacing w:after="0"/>
      </w:pPr>
    </w:p>
    <w:p>
      <w:pPr>
        <w:pStyle w:val="Heading1"/>
      </w:pPr>
      <w:r>
        <w:t>11 문제와 개선 사항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1584"/>
        <w:gridCol w:w="1944"/>
        <w:gridCol w:w="1656"/>
        <w:gridCol w:w="1627"/>
        <w:gridCol w:w="1627"/>
        <w:gridCol w:w="1728"/>
      </w:tblGrid>
      <w:tr>
        <w:trPr>
          <w:tblHeader w:val="true"/>
        </w:trPr>
        <w:tc>
          <w:tcPr>
            <w:tcW w:type="dxa" w:w="1584"/>
            <w:shd w:fill="244741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/>
                <w:color w:val="FFFFFF"/>
                <w:sz w:val="18"/>
              </w:rPr>
              <w:t>문제</w:t>
            </w:r>
          </w:p>
        </w:tc>
        <w:tc>
          <w:tcPr>
            <w:tcW w:type="dxa" w:w="1944"/>
            <w:shd w:fill="244741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/>
                <w:color w:val="FFFFFF"/>
                <w:sz w:val="18"/>
              </w:rPr>
              <w:t>확인된 사실</w:t>
            </w:r>
          </w:p>
        </w:tc>
        <w:tc>
          <w:tcPr>
            <w:tcW w:type="dxa" w:w="1656"/>
            <w:shd w:fill="244741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/>
                <w:color w:val="FFFFFF"/>
                <w:sz w:val="18"/>
              </w:rPr>
              <w:t>원인 분석</w:t>
            </w:r>
          </w:p>
        </w:tc>
        <w:tc>
          <w:tcPr>
            <w:tcW w:type="dxa" w:w="1627"/>
            <w:shd w:fill="244741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/>
                <w:color w:val="FFFFFF"/>
                <w:sz w:val="18"/>
              </w:rPr>
              <w:t>현장 조치</w:t>
            </w:r>
          </w:p>
        </w:tc>
        <w:tc>
          <w:tcPr>
            <w:tcW w:type="dxa" w:w="1627"/>
            <w:shd w:fill="244741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/>
                <w:color w:val="FFFFFF"/>
                <w:sz w:val="18"/>
              </w:rPr>
              <w:t>재발 방지</w:t>
            </w:r>
          </w:p>
        </w:tc>
        <w:tc>
          <w:tcPr>
            <w:tcW w:type="dxa" w:w="1728"/>
            <w:shd w:fill="244741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/>
                <w:color w:val="FFFFFF"/>
                <w:sz w:val="18"/>
              </w:rPr>
              <w:t>담당과 기한</w:t>
            </w:r>
          </w:p>
        </w:tc>
      </w:tr>
      <w:tr>
        <w:tc>
          <w:tcPr>
            <w:tcW w:type="dxa" w:w="1584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944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656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627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627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728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</w:tr>
      <w:tr>
        <w:tc>
          <w:tcPr>
            <w:tcW w:type="dxa" w:w="1584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944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656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627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627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728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</w:tr>
      <w:tr>
        <w:tc>
          <w:tcPr>
            <w:tcW w:type="dxa" w:w="1584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944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656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627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627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728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</w:tr>
      <w:tr>
        <w:tc>
          <w:tcPr>
            <w:tcW w:type="dxa" w:w="1584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944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656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627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627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728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</w:tr>
      <w:tr>
        <w:tc>
          <w:tcPr>
            <w:tcW w:type="dxa" w:w="1584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944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656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627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627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728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</w:tr>
    </w:tbl>
    <w:p>
      <w:pPr>
        <w:spacing w:after="0"/>
      </w:pPr>
    </w:p>
    <w:p>
      <w:pPr>
        <w:pStyle w:val="Heading1"/>
      </w:pPr>
      <w:r>
        <w:t>12 후속 업무와 산출물 인계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2448"/>
        <w:gridCol w:w="1440"/>
        <w:gridCol w:w="1296"/>
        <w:gridCol w:w="2088"/>
        <w:gridCol w:w="1224"/>
        <w:gridCol w:w="1670"/>
      </w:tblGrid>
      <w:tr>
        <w:trPr>
          <w:tblHeader w:val="true"/>
        </w:trPr>
        <w:tc>
          <w:tcPr>
            <w:tcW w:type="dxa" w:w="2448"/>
            <w:shd w:fill="244741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/>
                <w:color w:val="FFFFFF"/>
                <w:sz w:val="18"/>
              </w:rPr>
              <w:t>후속 업무</w:t>
            </w:r>
          </w:p>
        </w:tc>
        <w:tc>
          <w:tcPr>
            <w:tcW w:type="dxa" w:w="1440"/>
            <w:shd w:fill="244741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/>
                <w:color w:val="FFFFFF"/>
                <w:sz w:val="18"/>
              </w:rPr>
              <w:t>담당</w:t>
            </w:r>
          </w:p>
        </w:tc>
        <w:tc>
          <w:tcPr>
            <w:tcW w:type="dxa" w:w="1296"/>
            <w:shd w:fill="244741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/>
                <w:color w:val="FFFFFF"/>
                <w:sz w:val="18"/>
              </w:rPr>
              <w:t>기한</w:t>
            </w:r>
          </w:p>
        </w:tc>
        <w:tc>
          <w:tcPr>
            <w:tcW w:type="dxa" w:w="2088"/>
            <w:shd w:fill="244741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/>
                <w:color w:val="FFFFFF"/>
                <w:sz w:val="18"/>
              </w:rPr>
              <w:t>완료 기준</w:t>
            </w:r>
          </w:p>
        </w:tc>
        <w:tc>
          <w:tcPr>
            <w:tcW w:type="dxa" w:w="1224"/>
            <w:shd w:fill="244741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/>
                <w:color w:val="FFFFFF"/>
                <w:sz w:val="18"/>
              </w:rPr>
              <w:t>상태</w:t>
            </w:r>
          </w:p>
        </w:tc>
        <w:tc>
          <w:tcPr>
            <w:tcW w:type="dxa" w:w="1670"/>
            <w:shd w:fill="244741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/>
                <w:color w:val="FFFFFF"/>
                <w:sz w:val="18"/>
              </w:rPr>
              <w:t>증빙</w:t>
            </w:r>
          </w:p>
        </w:tc>
      </w:tr>
      <w:tr>
        <w:tc>
          <w:tcPr>
            <w:tcW w:type="dxa" w:w="2448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440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296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2088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224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670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</w:tr>
      <w:tr>
        <w:tc>
          <w:tcPr>
            <w:tcW w:type="dxa" w:w="2448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440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296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2088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224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670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</w:tr>
      <w:tr>
        <w:tc>
          <w:tcPr>
            <w:tcW w:type="dxa" w:w="2448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440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296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2088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224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670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1944"/>
        <w:gridCol w:w="4910"/>
        <w:gridCol w:w="1800"/>
        <w:gridCol w:w="1512"/>
      </w:tblGrid>
      <w:tr>
        <w:trPr>
          <w:tblHeader w:val="true"/>
        </w:trPr>
        <w:tc>
          <w:tcPr>
            <w:tcW w:type="dxa" w:w="1944"/>
            <w:shd w:fill="244741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/>
                <w:color w:val="FFFFFF"/>
                <w:sz w:val="18"/>
              </w:rPr>
              <w:t>산출물</w:t>
            </w:r>
          </w:p>
        </w:tc>
        <w:tc>
          <w:tcPr>
            <w:tcW w:type="dxa" w:w="4910"/>
            <w:shd w:fill="244741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/>
                <w:color w:val="FFFFFF"/>
                <w:sz w:val="18"/>
              </w:rPr>
              <w:t>파일명 또는 위치</w:t>
            </w:r>
          </w:p>
        </w:tc>
        <w:tc>
          <w:tcPr>
            <w:tcW w:type="dxa" w:w="1800"/>
            <w:shd w:fill="244741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/>
                <w:color w:val="FFFFFF"/>
                <w:sz w:val="18"/>
              </w:rPr>
              <w:t>수령자</w:t>
            </w:r>
          </w:p>
        </w:tc>
        <w:tc>
          <w:tcPr>
            <w:tcW w:type="dxa" w:w="1512"/>
            <w:shd w:fill="244741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/>
                <w:color w:val="FFFFFF"/>
                <w:sz w:val="18"/>
              </w:rPr>
              <w:t>수령일</w:t>
            </w:r>
          </w:p>
        </w:tc>
      </w:tr>
      <w:tr>
        <w:tc>
          <w:tcPr>
            <w:tcW w:type="dxa" w:w="1944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000000"/>
                <w:sz w:val="18"/>
              </w:rPr>
              <w:t>사진·영상</w:t>
            </w:r>
          </w:p>
        </w:tc>
        <w:tc>
          <w:tcPr>
            <w:tcW w:type="dxa" w:w="4910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800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512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</w:tr>
      <w:tr>
        <w:tc>
          <w:tcPr>
            <w:tcW w:type="dxa" w:w="1944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000000"/>
                <w:sz w:val="18"/>
              </w:rPr>
              <w:t>정산 자료</w:t>
            </w:r>
          </w:p>
        </w:tc>
        <w:tc>
          <w:tcPr>
            <w:tcW w:type="dxa" w:w="4910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800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512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</w:tr>
      <w:tr>
        <w:tc>
          <w:tcPr>
            <w:tcW w:type="dxa" w:w="1944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000000"/>
                <w:sz w:val="18"/>
              </w:rPr>
              <w:t>운영 기록</w:t>
            </w:r>
          </w:p>
        </w:tc>
        <w:tc>
          <w:tcPr>
            <w:tcW w:type="dxa" w:w="4910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800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512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</w:tr>
      <w:tr>
        <w:tc>
          <w:tcPr>
            <w:tcW w:type="dxa" w:w="1944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000000"/>
                <w:sz w:val="18"/>
              </w:rPr>
              <w:t>최종 보고서</w:t>
            </w:r>
          </w:p>
        </w:tc>
        <w:tc>
          <w:tcPr>
            <w:tcW w:type="dxa" w:w="4910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800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512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</w:tr>
    </w:tbl>
    <w:p>
      <w:pPr>
        <w:spacing w:after="0"/>
      </w:pPr>
    </w:p>
    <w:p>
      <w:pPr>
        <w:pStyle w:val="Heading1"/>
      </w:pPr>
      <w:r>
        <w:t>13 증빙과 제출 확인</w:t>
      </w:r>
    </w:p>
    <w:p>
      <w:pPr>
        <w:spacing w:after="60"/>
      </w:pPr>
      <w:r>
        <w:t>□  참가자 수, 설문 응답 수, 예산 금액의 출처를 적었습니다.</w:t>
      </w:r>
    </w:p>
    <w:p>
      <w:pPr>
        <w:spacing w:after="60"/>
      </w:pPr>
      <w:r>
        <w:t>□  사진과 영상의 공개 가능 범위를 확인했습니다.</w:t>
      </w:r>
    </w:p>
    <w:p>
      <w:pPr>
        <w:spacing w:after="60"/>
      </w:pPr>
      <w:r>
        <w:t>□  연락처, 계좌 등 공개본에 불필요한 개인정보를 제거했습니다.</w:t>
      </w:r>
    </w:p>
    <w:p>
      <w:pPr>
        <w:spacing w:after="60"/>
      </w:pPr>
      <w:r>
        <w:t>□  사고와 민원은 확인된 사실과 추정을 구분했습니다.</w:t>
      </w:r>
    </w:p>
    <w:p>
      <w:pPr>
        <w:spacing w:after="60"/>
      </w:pPr>
      <w:r>
        <w:t>□  후속 업무마다 담당자와 기한을 지정했습니다.</w:t>
      </w:r>
    </w:p>
    <w:p>
      <w:pPr>
        <w:keepLines/>
        <w:spacing w:after="60"/>
      </w:pPr>
      <w:r>
        <w:t>검토 의견  [입력]     수령자와 수령일  [입력]</w:t>
      </w:r>
    </w:p>
    <w:p>
      <w:pPr>
        <w:keepLines/>
        <w:spacing w:after="60"/>
      </w:pPr>
      <w:r>
        <w:t>보관 위치와 파일 버전  [입력]</w:t>
      </w:r>
    </w:p>
    <w:sectPr w:rsidR="00FC693F" w:rsidRPr="0006063C" w:rsidSect="00034616">
      <w:pgSz w:w="12240" w:h="15840"/>
      <w:pgMar w:top="1037" w:right="1037" w:bottom="979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8" w:lineRule="auto"/>
    </w:pPr>
    <w:rPr>
      <w:rFonts w:ascii="Malgun Gothic" w:hAnsi="Malgun Gothic" w:eastAsia="Malgun Gothic"/>
      <w:b w:val="0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00" w:after="140"/>
      <w:outlineLvl w:val="0"/>
    </w:pPr>
    <w:rPr>
      <w:rFonts w:asciiTheme="majorHAnsi" w:eastAsiaTheme="majorEastAsia" w:hAnsiTheme="majorHAnsi" w:cstheme="majorBidi" w:ascii="Malgun Gothic" w:hAnsi="Malgun Gothic" w:eastAsia="Malgun Gothic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 w:ascii="Malgun Gothic" w:hAnsi="Malgun Gothic" w:eastAsia="Malgun Gothic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200" w:line="240" w:lineRule="auto"/>
      <w:contextualSpacing/>
    </w:pPr>
    <w:rPr>
      <w:rFonts w:asciiTheme="majorHAnsi" w:eastAsiaTheme="majorEastAsia" w:hAnsiTheme="majorHAnsi" w:cstheme="majorBidi" w:ascii="Malgun Gothic" w:hAnsi="Malgun Gothic" w:eastAsia="Malgun Gothic"/>
      <w:b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